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מוחשי או בלתי מוחשי?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מורשת מוחשית לבלתי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מהחיים לכל סוג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והסבר על שימור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מוחשי או בלתי מוחשי? 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מורשת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מורשת בלתי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האם אפשר לגעת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בלתי מוחשי כי אי אפשר לגעת במתכון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מורשת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לעשות אותה שוב ושוב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חפצים מוחשיים אפשר להציג ולגעת בהם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יכולה לעבור בעל פה, בשירה או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מורשת בלתי מוחשית חיה רק כשעושים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גם חפצים כמו תכשיט או כלי יכולים להיות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היא ממשיכה לחיות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הפריט לסוג המורשת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(בלתי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(בלתי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(בלתי מוחשי)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על המקרה של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כן, זו מורשת בלתי מוחשית כי היא חיה רק כשמשחקים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ללמד את המשחק לחברים או לבני משפחה, ולכתוב את החוקים שהיא זוכרת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הגדרה ברורה לכל סוג ושתי דוגמאות מתאימות לכל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פרטים מלאים לפי הדוגמה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נכון מוחשי מול 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המתאימה: עושים / משחקים / שרים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הקשורה לשימור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קצרה מהכיתה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בדוגמאות מהיישוב או מהעם ולא רק מהמשפחה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מקרה אור אפשר לבקש מהתלמידים הצעות נוספות לשימור המשחק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מוחשי או בלתי מוחשי?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פה נלמד מה ההבדל בין מורשת שרואים ונוגעים בה למורשת שצריך לעשות כדי שתישאר.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חשובים שעוברים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לגעת בו ולראות אותו, חפץ אמיתי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בלתי 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לגעת בו, אבל אפשר לעשות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פעולה שחוזרת על עצמה במשפחה או בקהילה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שומר 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שדואג שהמורשת לא תיעלם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שחיה באותה תקופה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תווית מוזיאון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קטן שמסביר על חפץ בתערוכה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מוחשי או בלתי מוחשי? 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תכשיט ישן - איזה סוג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מורשת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מורשת בלתי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שיר ששרים - איזה סוג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חפץ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מורשת בלתי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תווית 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מנהג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השוני העיקרי בין שני הסוגים?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הגיל של המורשת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אפשר לגעת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הצבע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המחיר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מתכון שמעבירים בדיבור - איזה סוג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מוחשי כי אפשר לטעום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בלתי מוחשי כי אי אפשר לגעת במתכון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 רק בספר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תמונה במסגרת - איזה סוג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מורשת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מורשת בלתי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שומרים על מורשת בלתי מוחשית?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אותה בארון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לעשות אותה שוב ושוב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לצלם אותה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למכור אותה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מוחשית אפשר לראות במוזיאון.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בלתי מוחשית היא תמיד כתובה בספר.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שלא משחקים בו יותר יכול להיעלם.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מוחשי לא יכול להיות חלק ממורשת משפחתית.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לשמור על מורשת בלתי מוחשית על ידי לימוד אותה לדור הבא.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מורשת __________ אפשר לגעת בה ולראות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מורשת בלתי מוחשית חיה רק כש__________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שיר, משחק או __________ הם דוגמאות למורשת בלתי מוחשית.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ששומר שהמורשת לא תיעלם נקרא __________ מורשת.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בתווית מוזיאון כותבים שם, מאיפה הגיע ו__________ הוא חשוב.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הפריט לסוג המורשת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תכשיט 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שיר ערש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מתכון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תמונה במסגרת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משחק חצר מסורתי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בלתי מוחשי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על המקרה של 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האם משחק הקלפים של אור והשכנה הוא מורשת? איזה סוג?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אור יכולה לעשות כדי שהמשחק לא ייעלם?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שמסבירה את ההבדל בין מורשת מוחשית לבלתי מוחשית, עם שתי דוגמאות לכל סוג. התחילו במשפט: יש שני סוגים של מורשת...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חפץ מוחשי אחד ומורשת בלתי מוחשית אחת שאתם מכירים, וכתבו לכל אחד: שם, מאיפה הגיע, מי העביר אותו, ולמה הוא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דבר מוחשי אחד ודבר בלתי מוחשי אחד ממורשת שאתם מכירים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מורשת בלתי מוחשית חיה רק כש____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דרך אחת שבה אתם יכולים להיות שומרי 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מוחשי או בלתי מוחשי?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